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560000" cy="106826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2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826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2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